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Plantilla de Post-Mortem de Predicciones</w:t>
      </w:r>
    </w:p>
    <w:p>
      <w:pPr>
        <w:pStyle w:val="Heading2"/>
      </w:pPr>
      <w:r>
        <w:t>1. Predicción original</w:t>
      </w:r>
    </w:p>
    <w:p>
      <w:r>
        <w:t>Fecha: __________________________</w:t>
      </w:r>
    </w:p>
    <w:p>
      <w:r>
        <w:t>Pregunta / evento: ____________________________________________</w:t>
      </w:r>
    </w:p>
    <w:p>
      <w:r>
        <w:t>Probabilidad asignada: ______ %</w:t>
      </w:r>
    </w:p>
    <w:p>
      <w:pPr>
        <w:pStyle w:val="Heading2"/>
      </w:pPr>
      <w:r>
        <w:t>2. Resultado real</w:t>
      </w:r>
    </w:p>
    <w:p>
      <w:r>
        <w:t>☐ Ocurrió</w:t>
      </w:r>
    </w:p>
    <w:p>
      <w:r>
        <w:t>☐ No ocurrió</w:t>
      </w:r>
    </w:p>
    <w:p>
      <w:pPr>
        <w:pStyle w:val="Heading2"/>
      </w:pPr>
      <w:r>
        <w:t>3. Evaluación de calibración y resolución</w:t>
      </w:r>
    </w:p>
    <w:p>
      <w:r>
        <w:t>¿Estaba bien calibrada mi predicción? ____________________________</w:t>
      </w:r>
    </w:p>
    <w:p>
      <w:r>
        <w:t>¿Diferencié bien entre escenarios? _______________________________</w:t>
      </w:r>
    </w:p>
    <w:p>
      <w:pPr>
        <w:pStyle w:val="Heading2"/>
      </w:pPr>
      <w:r>
        <w:t>4. Errores detectados</w:t>
      </w:r>
    </w:p>
    <w:p>
      <w:r>
        <w:t>Evidencias sobrevaloradas: _____________________________________</w:t>
      </w:r>
    </w:p>
    <w:p>
      <w:r>
        <w:t>Evidencias ignoradas: _________________________________________</w:t>
      </w:r>
    </w:p>
    <w:p>
      <w:r>
        <w:t>Sesgos identificados: __________________________________________</w:t>
      </w:r>
    </w:p>
    <w:p>
      <w:pPr>
        <w:pStyle w:val="Heading2"/>
      </w:pPr>
      <w:r>
        <w:t>5. Lecciones aprendidas</w:t>
      </w:r>
    </w:p>
    <w:p>
      <w:r>
        <w:t>____________________________________________________________</w:t>
      </w:r>
    </w:p>
    <w:p>
      <w:r>
        <w:t>____________________________________________________________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